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Standard Passage Study Template</w:t>
      </w:r>
    </w:p>
    <w:p>
      <w:pPr>
        <w:jc w:val="center"/>
      </w:pPr>
      <w:r>
        <w:rPr>
          <w:i/>
        </w:rPr>
        <w:t>For a normal guided study with context, structure, genre, cross-references, and application.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Unit ID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Reference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Book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Genre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Study mode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started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completed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Status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Main point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Application summary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</w:tbl>
    <w:p>
      <w:r>
        <w:t>Core rule: Bible text first. Literary unit first. Observation before interpretation. Interpretation before application. Commentaries last.</w:t>
      </w:r>
    </w:p>
    <w:p>
      <w:pPr>
        <w:pStyle w:val="Heading2"/>
      </w:pPr>
      <w:r>
        <w:t>Checklist</w:t>
      </w:r>
    </w:p>
    <w:p>
      <w:pPr>
        <w:pStyle w:val="ListBullet"/>
      </w:pPr>
      <w:r>
        <w:rPr>
          <w:b/>
        </w:rPr>
        <w:t xml:space="preserve">☐ </w:t>
      </w:r>
      <w:r>
        <w:t>Pray and prepare.</w:t>
      </w:r>
    </w:p>
    <w:p>
      <w:pPr>
        <w:pStyle w:val="ListBullet"/>
      </w:pPr>
      <w:r>
        <w:rPr>
          <w:b/>
        </w:rPr>
        <w:t xml:space="preserve">☐ </w:t>
      </w:r>
      <w:r>
        <w:t>Read the selected literary unit.</w:t>
      </w:r>
    </w:p>
    <w:p>
      <w:pPr>
        <w:pStyle w:val="ListBullet"/>
      </w:pPr>
      <w:r>
        <w:rPr>
          <w:b/>
        </w:rPr>
        <w:t xml:space="preserve">☐ </w:t>
      </w:r>
      <w:r>
        <w:t>Observe before interpreting.</w:t>
      </w:r>
    </w:p>
    <w:p>
      <w:pPr>
        <w:pStyle w:val="ListBullet"/>
      </w:pPr>
      <w:r>
        <w:rPr>
          <w:b/>
        </w:rPr>
        <w:t xml:space="preserve">☐ </w:t>
      </w:r>
      <w:r>
        <w:t>Answer meaning questions from context.</w:t>
      </w:r>
    </w:p>
    <w:p>
      <w:pPr>
        <w:pStyle w:val="ListBullet"/>
      </w:pPr>
      <w:r>
        <w:rPr>
          <w:b/>
        </w:rPr>
        <w:t xml:space="preserve">☐ </w:t>
      </w:r>
      <w:r>
        <w:t>Apply only after interpretation.</w:t>
      </w:r>
    </w:p>
    <w:p>
      <w:pPr>
        <w:pStyle w:val="ListBullet"/>
      </w:pPr>
      <w:r>
        <w:rPr>
          <w:b/>
        </w:rPr>
        <w:t xml:space="preserve">☐ </w:t>
      </w:r>
      <w:r>
        <w:t>Check genre rules.</w:t>
      </w:r>
    </w:p>
    <w:p>
      <w:pPr>
        <w:pStyle w:val="ListBullet"/>
      </w:pPr>
      <w:r>
        <w:rPr>
          <w:b/>
        </w:rPr>
        <w:t xml:space="preserve">☐ </w:t>
      </w:r>
      <w:r>
        <w:t>Build a vertical chart.</w:t>
      </w:r>
    </w:p>
    <w:p>
      <w:pPr>
        <w:pStyle w:val="ListBullet"/>
      </w:pPr>
      <w:r>
        <w:rPr>
          <w:b/>
        </w:rPr>
        <w:t xml:space="preserve">☐ </w:t>
      </w:r>
      <w:r>
        <w:t>Check cross-references.</w:t>
      </w:r>
    </w:p>
    <w:p>
      <w:pPr>
        <w:pStyle w:val="ListBullet"/>
      </w:pPr>
      <w:r>
        <w:rPr>
          <w:b/>
        </w:rPr>
        <w:t xml:space="preserve">☐ </w:t>
      </w:r>
      <w:r>
        <w:t>Consult commentaries last.</w:t>
      </w:r>
    </w:p>
    <w:p>
      <w:pPr>
        <w:pStyle w:val="Heading2"/>
      </w:pPr>
      <w:r>
        <w:t>Vertical Chart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EAF4F8"/>
          </w:tcPr>
          <w:p>
            <w:r/>
            <w:r>
              <w:rPr>
                <w:b/>
                <w:sz w:val="18"/>
              </w:rPr>
              <w:t>Verse / Range</w:t>
            </w:r>
          </w:p>
        </w:tc>
        <w:tc>
          <w:tcPr>
            <w:tcW w:type="dxa" w:w="2074"/>
            <w:shd w:fill="EAF4F8"/>
          </w:tcPr>
          <w:p>
            <w:r/>
            <w:r>
              <w:rPr>
                <w:b/>
                <w:sz w:val="18"/>
              </w:rPr>
              <w:t>Observation</w:t>
            </w:r>
          </w:p>
        </w:tc>
        <w:tc>
          <w:tcPr>
            <w:tcW w:type="dxa" w:w="2074"/>
            <w:shd w:fill="EAF4F8"/>
          </w:tcPr>
          <w:p>
            <w:r/>
            <w:r>
              <w:rPr>
                <w:b/>
                <w:sz w:val="18"/>
              </w:rPr>
              <w:t>Question</w:t>
            </w:r>
          </w:p>
        </w:tc>
        <w:tc>
          <w:tcPr>
            <w:tcW w:type="dxa" w:w="2074"/>
            <w:shd w:fill="EAF4F8"/>
          </w:tcPr>
          <w:p>
            <w:r/>
            <w:r>
              <w:rPr>
                <w:b/>
                <w:sz w:val="18"/>
              </w:rPr>
              <w:t>Possible Meaning</w:t>
            </w:r>
          </w:p>
        </w:tc>
        <w:tc>
          <w:tcPr>
            <w:tcW w:type="dxa" w:w="2074"/>
            <w:shd w:fill="EAF4F8"/>
          </w:tcPr>
          <w:p>
            <w:r/>
            <w:r>
              <w:rPr>
                <w:b/>
                <w:sz w:val="18"/>
              </w:rPr>
              <w:t>Application Implication</w:t>
            </w:r>
          </w:p>
        </w:tc>
      </w:tr>
      <w:tr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</w:tbl>
    <w:p>
      <w:pPr>
        <w:pStyle w:val="Heading2"/>
      </w:pPr>
      <w:r>
        <w:t>Observation</w:t>
      </w:r>
    </w:p>
    <w:p>
      <w:r>
        <w:t>What does the text say? List repeated words, people, commands, contrasts, comparisons, questions, and logical connectors.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Interpretation</w:t>
      </w:r>
    </w:p>
    <w:p>
      <w:r>
        <w:t>What did the author mean in context? Explain the unit within the book, genre, and original audience setting.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Application</w:t>
      </w:r>
    </w:p>
    <w:p>
      <w:r>
        <w:t>How should the truth be lived today? Write then-and-there, timeless principle, and one concrete action.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Cross-References</w:t>
      </w:r>
    </w:p>
    <w:p>
      <w:r>
        <w:t>Sort references by same book, same author, same testament/covenant, and whole Bible.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r>
        <w:br w:type="page"/>
      </w:r>
    </w:p>
    <w:p>
      <w:pPr>
        <w:pStyle w:val="Heading1"/>
      </w:pPr>
      <w:r>
        <w:t>Quality Standards and Model Rows</w:t>
      </w:r>
    </w:p>
    <w:p>
      <w:r>
        <w:t>Use this page to test whether the worksheet has been filled in with real textual evidence rather than vague impressions.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D9EAF2"/>
            <w:vAlign w:val="center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Area</w:t>
            </w:r>
          </w:p>
        </w:tc>
        <w:tc>
          <w:tcPr>
            <w:tcW w:type="dxa" w:w="2592"/>
            <w:shd w:fill="D9EAF2"/>
            <w:vAlign w:val="center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Weak</w:t>
            </w:r>
          </w:p>
        </w:tc>
        <w:tc>
          <w:tcPr>
            <w:tcW w:type="dxa" w:w="2592"/>
            <w:shd w:fill="D9EAF2"/>
            <w:vAlign w:val="center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Better</w:t>
            </w:r>
          </w:p>
        </w:tc>
        <w:tc>
          <w:tcPr>
            <w:tcW w:type="dxa" w:w="2592"/>
            <w:shd w:fill="D9EAF2"/>
            <w:vAlign w:val="center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Strong</w:t>
            </w:r>
          </w:p>
        </w:tc>
      </w:tr>
      <w:tr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Observation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General religious statement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Specific detail from the passage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Ordered evidence from words, grammar, structure, repetition, and genre</w:t>
            </w:r>
          </w:p>
        </w:tc>
      </w:tr>
      <w:tr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Interpretation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Modern idea controls the passage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Original meaning stated in context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Conclusion weighed by evidence and qualified where needed</w:t>
            </w:r>
          </w:p>
        </w:tc>
      </w:tr>
      <w:tr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Application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Vague feeling or intention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Text-grounded principle and action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Concrete obedience tied to the original meaning and whole-Bible safeguards</w:t>
            </w:r>
          </w:p>
        </w:tc>
      </w:tr>
    </w:tbl>
    <w:p/>
    <w:p>
      <w:r>
        <w:t>Final check: if a conclusion cannot be shown from the passage, write it as a question or possible inference, not as the meaning of the text.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Guided Inductive Bible Study — local study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